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b/>
          <w:i w:val="0"/>
          <w:color w:val="5B2A8C"/>
          <w:sz w:val="22"/>
        </w:rPr>
        <w:t>[PRACTICE NAME]</w:t>
      </w:r>
    </w:p>
    <w:p>
      <w:pPr>
        <w:spacing w:after="200"/>
        <w:jc w:val="center"/>
      </w:pPr>
      <w:r>
        <w:rPr>
          <w:b/>
          <w:i w:val="0"/>
          <w:color w:val="2D1B4E"/>
          <w:sz w:val="60"/>
        </w:rPr>
        <w:t>Please confirm your details</w:t>
      </w:r>
    </w:p>
    <w:p>
      <w:pPr>
        <w:spacing w:after="280"/>
        <w:jc w:val="center"/>
      </w:pPr>
      <w:r>
        <w:rPr>
          <w:b w:val="0"/>
          <w:i w:val="0"/>
          <w:color w:val="6B6862"/>
          <w:sz w:val="26"/>
        </w:rPr>
        <w:t>When you check in, our receptionist will ask you to confirm:</w:t>
      </w:r>
    </w:p>
    <w:p>
      <w:pPr>
        <w:spacing w:after="80"/>
      </w:pPr>
      <w:r>
        <w:rPr>
          <w:b w:val="0"/>
          <w:i w:val="0"/>
          <w:sz w:val="26"/>
        </w:rPr>
        <w:t>✓  Your name and date of birth</w:t>
      </w:r>
    </w:p>
    <w:p>
      <w:pPr>
        <w:spacing w:after="80"/>
      </w:pPr>
      <w:r>
        <w:rPr>
          <w:b w:val="0"/>
          <w:i w:val="0"/>
          <w:sz w:val="26"/>
        </w:rPr>
        <w:t>✓  Your current address and phone number</w:t>
      </w:r>
    </w:p>
    <w:p>
      <w:pPr>
        <w:spacing w:after="80"/>
      </w:pPr>
      <w:r>
        <w:rPr>
          <w:b w:val="0"/>
          <w:i w:val="0"/>
          <w:sz w:val="26"/>
        </w:rPr>
        <w:t>✓  Your Medicare card number</w:t>
      </w:r>
    </w:p>
    <w:p>
      <w:pPr>
        <w:spacing w:after="80"/>
      </w:pPr>
      <w:r>
        <w:rPr>
          <w:b w:val="0"/>
          <w:i w:val="0"/>
          <w:sz w:val="26"/>
        </w:rPr>
        <w:t>✓  Your emergency contact / next of kin</w:t>
      </w:r>
    </w:p>
    <w:p>
      <w:pPr>
        <w:spacing w:after="80"/>
      </w:pPr>
      <w:r>
        <w:rPr>
          <w:b w:val="0"/>
          <w:i w:val="0"/>
          <w:sz w:val="26"/>
        </w:rPr>
        <w:t>✓  Your preferred language</w:t>
      </w:r>
    </w:p>
    <w:p>
      <w:pPr>
        <w:spacing w:after="80"/>
      </w:pPr>
      <w:r>
        <w:rPr>
          <w:b w:val="0"/>
          <w:i w:val="0"/>
          <w:sz w:val="26"/>
        </w:rPr>
        <w:t>✓  Any allergies or adverse reactions</w:t>
      </w:r>
    </w:p>
    <w:p>
      <w:pPr>
        <w:spacing w:after="240"/>
      </w:pPr>
      <w:r>
        <w:rPr>
          <w:b w:val="0"/>
          <w:i w:val="0"/>
          <w:color w:val="6B6862"/>
          <w:sz w:val="24"/>
        </w:rPr>
        <w:t>Keeping your details up to date helps us provide you with the best possible care.</w:t>
      </w:r>
    </w:p>
    <w:p>
      <w:pPr>
        <w:spacing w:after="40"/>
        <w:jc w:val="center"/>
      </w:pPr>
      <w:r>
        <w:rPr>
          <w:b w:val="0"/>
          <w:i w:val="0"/>
          <w:color w:val="6B6862"/>
          <w:sz w:val="20"/>
        </w:rPr>
        <w:t>Thank you  ·  [Phone]  ·  [Website]</w:t>
      </w:r>
    </w:p>
    <w:p>
      <w:pPr>
        <w:spacing w:after="120"/>
        <w:jc w:val="center"/>
      </w:pPr>
      <w:r>
        <w:rPr>
          <w:b w:val="0"/>
          <w:i/>
          <w:color w:val="9A968F"/>
          <w:sz w:val="16"/>
        </w:rPr>
        <w:t>Editable template by DocHelp · www.DocHelp.com.au · Replace every [bracketed] field before printing. Delete this line.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